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1097280" cy="1037615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61dae30-1b4c-4056-aabf-522a3c8c3ff8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03761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1"/>
        <w:jc w:val="center"/>
      </w:pPr>
      <w:r>
        <w:rPr>
          <w:color w:val="00468C"/>
          <w:sz w:val="28"/>
        </w:rPr>
        <w:t>Massage- &amp; Sporttherapie – Intakeformulier</w:t>
      </w:r>
    </w:p>
    <w:p>
      <w:r>
        <w:rPr>
          <w:sz w:val="20"/>
        </w:rPr>
        <w:t xml:space="preserve">Naam: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Datum: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Geboortedatum: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Adres: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Postcode: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Emailadres: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Telefoon: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Huisarts: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Verwijzer: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Verzekeraar: </w:t>
      </w:r>
      <w:r>
        <w:rPr>
          <w:sz w:val="20"/>
        </w:rPr>
        <w:t>________________________________________</w:t>
      </w:r>
    </w:p>
    <w:p>
      <w:pPr>
        <w:pStyle w:val="Heading2"/>
      </w:pPr>
      <w:r>
        <w:rPr>
          <w:color w:val="00468C"/>
          <w:sz w:val="24"/>
        </w:rPr>
        <w:t>1. Anamnese</w:t>
      </w:r>
    </w:p>
    <w:p>
      <w:r>
        <w:rPr>
          <w:sz w:val="20"/>
        </w:rPr>
        <w:t xml:space="preserve">Wat kan ik voor u betekenen?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Heeft u klachten? Hoe lang al?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Welke symptomen?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Belemmering in dagelijks leven?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Heeft u eerder massage gehad?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Negatieve ervaringen met aanraking?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Medische voorgeschiedenis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Medicijngebruik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Allergieën (oliën/voeding)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Klachten huid/spieren/gewrichten/trauma’s/operaties </w:t>
      </w:r>
      <w:r>
        <w:rPr>
          <w:sz w:val="20"/>
        </w:rPr>
        <w:t>________________________________________</w:t>
      </w:r>
    </w:p>
    <w:p>
      <w:pPr>
        <w:pStyle w:val="Heading2"/>
      </w:pPr>
      <w:r>
        <w:rPr>
          <w:color w:val="00468C"/>
          <w:sz w:val="24"/>
        </w:rPr>
        <w:t>2. Levensstijl</w:t>
      </w:r>
    </w:p>
    <w:p>
      <w:r>
        <w:rPr>
          <w:sz w:val="20"/>
        </w:rPr>
        <w:t xml:space="preserve">Stressvolle periode?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Slaapt u goed?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Rookt / drinkt / drugs?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Zwangerschap / kinderwens?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Problemen met liggen (rug/buik/zij)?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Sport, werk, hobby’s – repeterende bewegingen?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Onrust of angst?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Afgevallen laatste tijd?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Overige bijzonderheden? </w:t>
      </w:r>
      <w:r>
        <w:rPr>
          <w:sz w:val="20"/>
        </w:rPr>
        <w:t>________________________________________</w:t>
      </w:r>
    </w:p>
    <w:p>
      <w:pPr>
        <w:pStyle w:val="Heading2"/>
      </w:pPr>
      <w:r>
        <w:rPr>
          <w:color w:val="00468C"/>
          <w:sz w:val="24"/>
        </w:rPr>
        <w:t>3. Hulpvraag &amp; Doel</w:t>
      </w:r>
    </w:p>
    <w:p>
      <w:r>
        <w:rPr>
          <w:sz w:val="20"/>
        </w:rPr>
        <w:t xml:space="preserve">Hulpvraag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Doel van de behandeling </w:t>
      </w:r>
      <w:r>
        <w:rPr>
          <w:sz w:val="20"/>
        </w:rPr>
        <w:t>________________________________________</w:t>
      </w:r>
    </w:p>
    <w:p>
      <w:pPr>
        <w:pStyle w:val="Heading2"/>
      </w:pPr>
      <w:r>
        <w:rPr>
          <w:color w:val="00468C"/>
          <w:sz w:val="24"/>
        </w:rPr>
        <w:t>4. Behandelplan</w:t>
      </w:r>
    </w:p>
    <w:p>
      <w:r>
        <w:rPr>
          <w:sz w:val="20"/>
        </w:rPr>
        <w:t xml:space="preserve">Plan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Notities </w:t>
      </w:r>
      <w:r>
        <w:rPr>
          <w:sz w:val="20"/>
        </w:rPr>
        <w:t>________________________________________</w:t>
      </w:r>
    </w:p>
    <w:p>
      <w:r>
        <w:br w:type="page"/>
      </w:r>
    </w:p>
    <w:p>
      <w:pPr>
        <w:pStyle w:val="Heading2"/>
      </w:pPr>
      <w:r>
        <w:rPr>
          <w:color w:val="00468C"/>
          <w:sz w:val="24"/>
        </w:rPr>
        <w:t>5. AVG &amp; Toestemming – Massage &amp; Sporttherapie</w:t>
      </w:r>
    </w:p>
    <w:p>
      <w:r>
        <w:rPr>
          <w:sz w:val="20"/>
        </w:rPr>
        <w:t>1. Toestemming voor gegevensverwerking (AVG):</w:t>
      </w:r>
    </w:p>
    <w:p>
      <w:r>
        <w:rPr>
          <w:sz w:val="20"/>
        </w:rPr>
        <w:t>Ik geef toestemming om mijn persoonsgegevens en gezondheidsgegevens te verwerken voor het uitvoeren van behandelingen.</w:t>
      </w:r>
    </w:p>
    <w:p>
      <w:r>
        <w:rPr>
          <w:sz w:val="20"/>
        </w:rPr>
        <w:t>Gegevens worden niet gedeeld met derden zonder mijn toestemming en ik kan deze toestemming op elk moment intrekken.</w:t>
      </w:r>
    </w:p>
    <w:p>
      <w:r>
        <w:rPr>
          <w:sz w:val="20"/>
        </w:rPr>
        <w:t>2. Toestemming voor behandeling:</w:t>
      </w:r>
    </w:p>
    <w:p>
      <w:r>
        <w:rPr>
          <w:sz w:val="20"/>
        </w:rPr>
        <w:t>Ik geef toestemming om behandeld te worden met massage- en sporttherapie. Ik ben mij ervan bewust dat dit géén vervanging is</w:t>
      </w:r>
    </w:p>
    <w:p>
      <w:r>
        <w:rPr>
          <w:sz w:val="20"/>
        </w:rPr>
        <w:t>voor regulier medisch onderzoek en dat ik bij ernstige of aanhoudende klachten mijn (huis)arts dien te raadplegen.</w:t>
      </w:r>
    </w:p>
    <w:p>
      <w:r>
        <w:rPr>
          <w:sz w:val="20"/>
        </w:rPr>
        <w:t>3. Toestemming Dry Needling:</w:t>
      </w:r>
    </w:p>
    <w:p>
      <w:r>
        <w:rPr>
          <w:sz w:val="20"/>
        </w:rPr>
        <w:t>Ik geef expliciet toestemming voor het toepassen van Dry Needling, in de wetenschap dat dit op mijn eigen verantwoordelijkheid gebeurt.</w:t>
      </w:r>
    </w:p>
    <w:p>
      <w:r>
        <w:rPr>
          <w:sz w:val="20"/>
        </w:rPr>
        <w:t>Contact opnemen met arts indien nodig: Ja / Nee</w:t>
      </w:r>
    </w:p>
    <w:p>
      <w:r>
        <w:rPr>
          <w:sz w:val="20"/>
        </w:rPr>
        <w:t xml:space="preserve">Handtekening cliënt: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Datum: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Handtekening therapeut: </w:t>
      </w:r>
      <w:r>
        <w:rPr>
          <w:sz w:val="20"/>
        </w:rPr>
        <w:t>________________________________________</w:t>
      </w:r>
    </w:p>
    <w:p>
      <w:r>
        <w:rPr>
          <w:sz w:val="20"/>
        </w:rPr>
        <w:t xml:space="preserve">Datum: </w:t>
      </w:r>
      <w:r>
        <w:rPr>
          <w:sz w:val="20"/>
        </w:rPr>
        <w:t>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